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HEAD OF STRETCHER BEARERS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HEAD OF STRETCHER BEARERS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M17900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