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MUNITY HEALTH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MUNITY HEALTH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