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NREGISTREU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NREGISTREU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