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REGISTRADOR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REGISTRADOR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