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ENREGISTREURS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ENREGISTREURS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