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INTERPRETE MÉDICAL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INTERPRETE MÉDICAL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