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 DE STÉRILISATION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 DE STÉRILISATION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