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STERILIZATION TECHNICIAN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STERILIZATION TECHNICIAN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