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NUTRITIONNE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NUTRITIONNE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