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BORATORY TECHNICIAN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BORATORY TECHNICIAN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