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LADY HEALTH VISITOR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LADY HEALTH VISITOR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M16300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