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REHABILITATION TECHNICIAN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REHABILITATION TECHNICIAN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