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DWIFE WORK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DWIFE WORK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