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 DE VACCINATION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 DE VACCINATION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