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VACUNADOR/A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VACUNADOR/A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