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Programme Function Job Description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VACCINATOR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Function title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VACCINATOR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PFG code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M15800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GGF Level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10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