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AUXILIAR DE COMADRONA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AUXILIAR DE COMADRONA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