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Programme Function Job Description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NURSE AIDE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Function title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NURSE AIDE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PFG code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M15600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GGF Level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10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