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AGENTS DE STÉRILIZATION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AGENTS DE STÉRILIZATION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