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 DE TECNICOS DE ESTERILIZACIÓN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 DE TECNICOS DE ESTERILIZACIÓN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