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JEFE DE ASISTENTES NUTRICIONALES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JEFE DE ASISTENTES NUTRICIONALES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M15200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