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PEER GROUP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PEER GROUP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M14800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