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EMERGENCY 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EMERGENCY 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