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AGENT DE CONTRÔLE TB DOTS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AGENT DE CONTRÔLE TB DOTS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M14500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11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