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B DOTS MONITOR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 DOTS MONITOR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