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ASESOR - EDUCADOR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ASESOR - EDUCADOR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