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HNICIEN DE LABORATOI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HNICIEN DE LABORATOI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