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BORATORY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BORATORY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