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FERMERO/A DE NUTRICIÓ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FERMERO/A DE NUTRICIÓ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