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TRITION NUR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TRITION NUR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