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ENFERMERO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ENFERMERO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