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ABORATORY TECHNICIA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ABORATORY TECHNICIA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