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T NURS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T NURS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