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LTH PROMOTION AND COMMUNITY ENGAGEMENT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LTH PROMOTION AND COMMUNITY ENGAGEMENT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