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REGISTERE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REGISTERE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