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DISPENSATEUR PARAMÉDICAL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DISPENSATEUR PARAMÉDICAL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