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TRAINING FACILITATOR MEDICAL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TRAINING FACILITATOR MEDICAL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