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IRMIER  D'ANESTHÉSIE / TECHNIC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IRMIER  D'ANESTHÉSIE / TECHNIC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