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NAESTHESIA NURSE OR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NAESTHESIA NURSE OR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