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SUPERVISOR DE APOYO AL PACIENTE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SUPERVISOR DE APOYO AL PACIENTE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M11200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13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