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Description de fonction programme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SUPERVISEUR DE LA PHARMACIE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Intitulé de la fonction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SUPERVISEUR DE LA PHARMACIE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Code PFG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M11100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Niveau GGF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13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