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ABORATOR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ABORATOR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