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MENTAL HEALTH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MENTAL HEALTH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