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PSYCHOLOGUE DU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PSYCHOLOGUE DU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