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PSICÓLOGO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PSICÓLOGO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