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NURSE MENTOR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NURSE MENTOR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M10200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