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SOCIOLOGUE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SOCIOLOGUE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