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GE FEMM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GE FEMM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