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MADRON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MADRON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