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NURSE MIDWIFE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NURSE MIDWIFE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